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AC4CD40" w14:textId="6A55158A" w:rsidR="005136B8" w:rsidRPr="008B3293" w:rsidRDefault="002079EF" w:rsidP="00526613">
      <w:pPr>
        <w:jc w:val="center"/>
        <w:rPr>
          <w:b/>
          <w:bCs/>
          <w:sz w:val="21"/>
          <w:szCs w:val="21"/>
        </w:rPr>
      </w:pPr>
      <w:r w:rsidRPr="008B3293">
        <w:rPr>
          <w:b/>
          <w:bCs/>
          <w:sz w:val="21"/>
          <w:szCs w:val="21"/>
        </w:rPr>
        <w:t>202</w:t>
      </w:r>
      <w:r w:rsidR="006F75B2">
        <w:rPr>
          <w:b/>
          <w:bCs/>
          <w:sz w:val="21"/>
          <w:szCs w:val="21"/>
        </w:rPr>
        <w:t>6</w:t>
      </w:r>
      <w:r w:rsidRPr="008B3293">
        <w:rPr>
          <w:b/>
          <w:bCs/>
          <w:sz w:val="21"/>
          <w:szCs w:val="21"/>
        </w:rPr>
        <w:t xml:space="preserve"> SANTA BARBARA WOMEN LAWYERS</w:t>
      </w:r>
      <w:r w:rsidRPr="008B3293">
        <w:rPr>
          <w:b/>
          <w:bCs/>
          <w:sz w:val="21"/>
          <w:szCs w:val="21"/>
        </w:rPr>
        <w:br/>
        <w:t>DEBORAH TALMAGE ATTORNEY OF THE YEAR AWARD NOMINATION</w:t>
      </w:r>
    </w:p>
    <w:p w14:paraId="2B02DA6E" w14:textId="02BA5D24" w:rsidR="005136B8" w:rsidRPr="008B3293" w:rsidRDefault="002079EF" w:rsidP="002079EF">
      <w:pPr>
        <w:keepLines/>
        <w:widowControl w:val="0"/>
        <w:spacing w:line="360" w:lineRule="auto"/>
        <w:jc w:val="both"/>
        <w:rPr>
          <w:sz w:val="21"/>
          <w:szCs w:val="21"/>
        </w:rPr>
      </w:pPr>
      <w:r w:rsidRPr="008B3293">
        <w:rPr>
          <w:sz w:val="21"/>
          <w:szCs w:val="21"/>
        </w:rPr>
        <w:t xml:space="preserve">Do you know an attorney who is a standout among legal professionals in Santa Barbara County? </w:t>
      </w:r>
      <w:r w:rsidR="008B3293" w:rsidRPr="008B3293">
        <w:rPr>
          <w:sz w:val="21"/>
          <w:szCs w:val="21"/>
        </w:rPr>
        <w:t xml:space="preserve"> </w:t>
      </w:r>
      <w:r w:rsidRPr="008B3293">
        <w:rPr>
          <w:sz w:val="21"/>
          <w:szCs w:val="21"/>
        </w:rPr>
        <w:t xml:space="preserve">SBWL is seeking nominations for the Deborah Talmage Attorney of the Year Award, to be presented during SBWL’s Annual Awards Ceremony </w:t>
      </w:r>
      <w:r w:rsidR="008B3293" w:rsidRPr="008B3293">
        <w:rPr>
          <w:sz w:val="21"/>
          <w:szCs w:val="21"/>
        </w:rPr>
        <w:t>on</w:t>
      </w:r>
      <w:r w:rsidRPr="008B3293">
        <w:rPr>
          <w:sz w:val="21"/>
          <w:szCs w:val="21"/>
        </w:rPr>
        <w:t xml:space="preserve"> </w:t>
      </w:r>
      <w:r w:rsidR="006F75B2">
        <w:rPr>
          <w:sz w:val="21"/>
          <w:szCs w:val="21"/>
        </w:rPr>
        <w:t>December 2,</w:t>
      </w:r>
      <w:r w:rsidR="008B3293" w:rsidRPr="008B3293">
        <w:rPr>
          <w:sz w:val="21"/>
          <w:szCs w:val="21"/>
        </w:rPr>
        <w:t xml:space="preserve"> </w:t>
      </w:r>
      <w:r w:rsidRPr="008B3293">
        <w:rPr>
          <w:sz w:val="21"/>
          <w:szCs w:val="21"/>
        </w:rPr>
        <w:t>202</w:t>
      </w:r>
      <w:r w:rsidR="006F75B2">
        <w:rPr>
          <w:sz w:val="21"/>
          <w:szCs w:val="21"/>
        </w:rPr>
        <w:t>6</w:t>
      </w:r>
      <w:r w:rsidRPr="008B3293">
        <w:rPr>
          <w:sz w:val="21"/>
          <w:szCs w:val="21"/>
        </w:rPr>
        <w:t xml:space="preserve">. The award honors an outstanding legal professional who is dedicated to the advancement and success of women, who mentors his or her colleagues and other women; who personifies professional excellence and a commitment to the highest level of ethics; who has shown a commitment to the community; and/or who has achieved professional excellence. The awardee’s name </w:t>
      </w:r>
      <w:r w:rsidR="008B3293" w:rsidRPr="008B3293">
        <w:rPr>
          <w:sz w:val="21"/>
          <w:szCs w:val="21"/>
        </w:rPr>
        <w:t>will be</w:t>
      </w:r>
      <w:r w:rsidRPr="008B3293">
        <w:rPr>
          <w:sz w:val="21"/>
          <w:szCs w:val="21"/>
        </w:rPr>
        <w:t xml:space="preserve"> engraved on a plaque</w:t>
      </w:r>
      <w:r w:rsidR="00526613" w:rsidRPr="008B3293">
        <w:rPr>
          <w:sz w:val="21"/>
          <w:szCs w:val="21"/>
        </w:rPr>
        <w:t xml:space="preserve"> </w:t>
      </w:r>
      <w:r w:rsidR="008B3293" w:rsidRPr="008B3293">
        <w:rPr>
          <w:sz w:val="21"/>
          <w:szCs w:val="21"/>
        </w:rPr>
        <w:t>that is</w:t>
      </w:r>
      <w:r w:rsidR="00526613" w:rsidRPr="008B3293">
        <w:rPr>
          <w:sz w:val="21"/>
          <w:szCs w:val="21"/>
        </w:rPr>
        <w:t xml:space="preserve"> permanently</w:t>
      </w:r>
      <w:r w:rsidRPr="008B3293">
        <w:rPr>
          <w:sz w:val="21"/>
          <w:szCs w:val="21"/>
        </w:rPr>
        <w:t xml:space="preserve"> displayed at the Santa Barbara Superior</w:t>
      </w:r>
      <w:r w:rsidR="00526613" w:rsidRPr="008B3293">
        <w:rPr>
          <w:sz w:val="21"/>
          <w:szCs w:val="21"/>
        </w:rPr>
        <w:t xml:space="preserve"> </w:t>
      </w:r>
      <w:r w:rsidRPr="008B3293">
        <w:rPr>
          <w:sz w:val="21"/>
          <w:szCs w:val="21"/>
        </w:rPr>
        <w:t>Court.</w:t>
      </w:r>
    </w:p>
    <w:p w14:paraId="2782810F" w14:textId="77F723C6" w:rsidR="005136B8" w:rsidRPr="008B3293" w:rsidRDefault="002079EF" w:rsidP="00526613">
      <w:pPr>
        <w:ind w:right="180"/>
        <w:jc w:val="both"/>
        <w:rPr>
          <w:b/>
          <w:bCs/>
          <w:sz w:val="21"/>
          <w:szCs w:val="21"/>
        </w:rPr>
      </w:pPr>
      <w:r w:rsidRPr="008B3293">
        <w:rPr>
          <w:sz w:val="21"/>
          <w:szCs w:val="21"/>
        </w:rPr>
        <w:t xml:space="preserve">Please fill out the nomination form below. </w:t>
      </w:r>
      <w:r w:rsidRPr="008B3293">
        <w:rPr>
          <w:b/>
          <w:bCs/>
          <w:sz w:val="21"/>
          <w:szCs w:val="21"/>
        </w:rPr>
        <w:t xml:space="preserve">Nominations are due by </w:t>
      </w:r>
      <w:r w:rsidR="00526613" w:rsidRPr="008B3293">
        <w:rPr>
          <w:b/>
          <w:bCs/>
          <w:sz w:val="21"/>
          <w:szCs w:val="21"/>
        </w:rPr>
        <w:t>October 31</w:t>
      </w:r>
      <w:r w:rsidRPr="008B3293">
        <w:rPr>
          <w:b/>
          <w:bCs/>
          <w:sz w:val="21"/>
          <w:szCs w:val="21"/>
        </w:rPr>
        <w:t>, 202</w:t>
      </w:r>
      <w:r w:rsidR="006F75B2">
        <w:rPr>
          <w:b/>
          <w:bCs/>
          <w:sz w:val="21"/>
          <w:szCs w:val="21"/>
        </w:rPr>
        <w:t>6</w:t>
      </w:r>
      <w:r w:rsidRPr="008B3293">
        <w:rPr>
          <w:sz w:val="21"/>
          <w:szCs w:val="21"/>
        </w:rPr>
        <w:t>.</w:t>
      </w:r>
      <w:r w:rsidRPr="008B3293">
        <w:rPr>
          <w:sz w:val="21"/>
          <w:szCs w:val="21"/>
        </w:rPr>
        <w:br/>
      </w:r>
      <w:r w:rsidRPr="008B3293">
        <w:rPr>
          <w:b/>
          <w:bCs/>
          <w:sz w:val="21"/>
          <w:szCs w:val="21"/>
        </w:rPr>
        <w:t xml:space="preserve">If you have questions, please contact </w:t>
      </w:r>
      <w:r w:rsidR="006F75B2">
        <w:rPr>
          <w:b/>
          <w:bCs/>
          <w:sz w:val="21"/>
          <w:szCs w:val="21"/>
        </w:rPr>
        <w:t>Taylor G. Fuller at tfuller@herringimming.com</w:t>
      </w:r>
      <w:r w:rsidRPr="008B3293">
        <w:rPr>
          <w:b/>
          <w:bCs/>
          <w:sz w:val="21"/>
          <w:szCs w:val="21"/>
        </w:rPr>
        <w:t>.</w:t>
      </w:r>
    </w:p>
    <w:p w14:paraId="549DE0C8" w14:textId="61A02A2F" w:rsidR="005136B8" w:rsidRPr="008B3293" w:rsidRDefault="002079EF">
      <w:pPr>
        <w:rPr>
          <w:sz w:val="21"/>
          <w:szCs w:val="21"/>
        </w:rPr>
      </w:pPr>
      <w:r w:rsidRPr="008B3293">
        <w:rPr>
          <w:sz w:val="21"/>
          <w:szCs w:val="21"/>
        </w:rPr>
        <w:t>Name of Nominee _________________________</w:t>
      </w:r>
      <w:r w:rsidR="00526613" w:rsidRPr="008B3293">
        <w:rPr>
          <w:sz w:val="21"/>
          <w:szCs w:val="21"/>
        </w:rPr>
        <w:t>______</w:t>
      </w:r>
      <w:r w:rsidRPr="008B3293">
        <w:rPr>
          <w:sz w:val="21"/>
          <w:szCs w:val="21"/>
        </w:rPr>
        <w:t>_ Your Name ______________</w:t>
      </w:r>
      <w:r w:rsidR="00526613" w:rsidRPr="008B3293">
        <w:rPr>
          <w:sz w:val="21"/>
          <w:szCs w:val="21"/>
        </w:rPr>
        <w:t>______________</w:t>
      </w:r>
      <w:r w:rsidRPr="008B3293">
        <w:rPr>
          <w:sz w:val="21"/>
          <w:szCs w:val="21"/>
        </w:rPr>
        <w:t>_________</w:t>
      </w:r>
    </w:p>
    <w:p w14:paraId="47C54BAC" w14:textId="65A37D21" w:rsidR="005136B8" w:rsidRPr="008B3293" w:rsidRDefault="002079EF">
      <w:pPr>
        <w:rPr>
          <w:sz w:val="21"/>
          <w:szCs w:val="21"/>
        </w:rPr>
      </w:pPr>
      <w:r w:rsidRPr="008B3293">
        <w:rPr>
          <w:sz w:val="21"/>
          <w:szCs w:val="21"/>
        </w:rPr>
        <w:t>Nominee's Title/Position ______________</w:t>
      </w:r>
      <w:r w:rsidR="00526613" w:rsidRPr="008B3293">
        <w:rPr>
          <w:sz w:val="21"/>
          <w:szCs w:val="21"/>
        </w:rPr>
        <w:t>______</w:t>
      </w:r>
      <w:r w:rsidRPr="008B3293">
        <w:rPr>
          <w:sz w:val="21"/>
          <w:szCs w:val="21"/>
        </w:rPr>
        <w:t>____ Your Title/Position ___________</w:t>
      </w:r>
      <w:r w:rsidR="00526613" w:rsidRPr="008B3293">
        <w:rPr>
          <w:sz w:val="21"/>
          <w:szCs w:val="21"/>
        </w:rPr>
        <w:t>_________</w:t>
      </w:r>
      <w:r w:rsidRPr="008B3293">
        <w:rPr>
          <w:sz w:val="21"/>
          <w:szCs w:val="21"/>
        </w:rPr>
        <w:t>_______</w:t>
      </w:r>
    </w:p>
    <w:p w14:paraId="76F4D85A" w14:textId="3CFB8F3A" w:rsidR="005136B8" w:rsidRPr="008B3293" w:rsidRDefault="002079EF">
      <w:pPr>
        <w:rPr>
          <w:sz w:val="21"/>
          <w:szCs w:val="21"/>
        </w:rPr>
      </w:pPr>
      <w:r w:rsidRPr="008B3293">
        <w:rPr>
          <w:sz w:val="21"/>
          <w:szCs w:val="21"/>
        </w:rPr>
        <w:t>Nominee's Firm/Organization __________</w:t>
      </w:r>
      <w:r w:rsidR="00526613" w:rsidRPr="008B3293">
        <w:rPr>
          <w:sz w:val="21"/>
          <w:szCs w:val="21"/>
        </w:rPr>
        <w:t>____</w:t>
      </w:r>
      <w:r w:rsidRPr="008B3293">
        <w:rPr>
          <w:sz w:val="21"/>
          <w:szCs w:val="21"/>
        </w:rPr>
        <w:t>_____ Your Firm/Organization _____</w:t>
      </w:r>
      <w:r w:rsidR="00526613" w:rsidRPr="008B3293">
        <w:rPr>
          <w:sz w:val="21"/>
          <w:szCs w:val="21"/>
        </w:rPr>
        <w:t>_______</w:t>
      </w:r>
      <w:r w:rsidRPr="008B3293">
        <w:rPr>
          <w:sz w:val="21"/>
          <w:szCs w:val="21"/>
        </w:rPr>
        <w:t>_________</w:t>
      </w:r>
    </w:p>
    <w:p w14:paraId="2A1CF0DA" w14:textId="27BFC629" w:rsidR="005136B8" w:rsidRPr="008B3293" w:rsidRDefault="002079EF">
      <w:pPr>
        <w:rPr>
          <w:sz w:val="21"/>
          <w:szCs w:val="21"/>
        </w:rPr>
      </w:pPr>
      <w:r w:rsidRPr="008B3293">
        <w:rPr>
          <w:sz w:val="21"/>
          <w:szCs w:val="21"/>
        </w:rPr>
        <w:t>Nominee's Street Address _____________</w:t>
      </w:r>
      <w:r w:rsidR="00526613" w:rsidRPr="008B3293">
        <w:rPr>
          <w:sz w:val="21"/>
          <w:szCs w:val="21"/>
        </w:rPr>
        <w:t>______</w:t>
      </w:r>
      <w:r w:rsidRPr="008B3293">
        <w:rPr>
          <w:sz w:val="21"/>
          <w:szCs w:val="21"/>
        </w:rPr>
        <w:t>_____ Your Street Address ________</w:t>
      </w:r>
      <w:r w:rsidR="00526613" w:rsidRPr="008B3293">
        <w:rPr>
          <w:sz w:val="21"/>
          <w:szCs w:val="21"/>
        </w:rPr>
        <w:t>________</w:t>
      </w:r>
      <w:r w:rsidRPr="008B3293">
        <w:rPr>
          <w:sz w:val="21"/>
          <w:szCs w:val="21"/>
        </w:rPr>
        <w:t>__________</w:t>
      </w:r>
    </w:p>
    <w:p w14:paraId="3350B449" w14:textId="05DB34AF" w:rsidR="005136B8" w:rsidRPr="008B3293" w:rsidRDefault="002079EF">
      <w:pPr>
        <w:rPr>
          <w:sz w:val="21"/>
          <w:szCs w:val="21"/>
        </w:rPr>
      </w:pPr>
      <w:r w:rsidRPr="008B3293">
        <w:rPr>
          <w:sz w:val="21"/>
          <w:szCs w:val="21"/>
        </w:rPr>
        <w:t>Nominee's City, State and Zip __________</w:t>
      </w:r>
      <w:r w:rsidR="00526613" w:rsidRPr="008B3293">
        <w:rPr>
          <w:sz w:val="21"/>
          <w:szCs w:val="21"/>
        </w:rPr>
        <w:t>______</w:t>
      </w:r>
      <w:r w:rsidRPr="008B3293">
        <w:rPr>
          <w:sz w:val="21"/>
          <w:szCs w:val="21"/>
        </w:rPr>
        <w:t>____ Your City, State and Zip _______</w:t>
      </w:r>
      <w:r w:rsidR="008B3293" w:rsidRPr="008B3293">
        <w:rPr>
          <w:sz w:val="21"/>
          <w:szCs w:val="21"/>
        </w:rPr>
        <w:t>_________</w:t>
      </w:r>
      <w:r w:rsidRPr="008B3293">
        <w:rPr>
          <w:sz w:val="21"/>
          <w:szCs w:val="21"/>
        </w:rPr>
        <w:t>_______</w:t>
      </w:r>
    </w:p>
    <w:p w14:paraId="3A212D3C" w14:textId="7E905DF2" w:rsidR="005136B8" w:rsidRPr="008B3293" w:rsidRDefault="002079EF">
      <w:pPr>
        <w:rPr>
          <w:sz w:val="21"/>
          <w:szCs w:val="21"/>
        </w:rPr>
      </w:pPr>
      <w:r w:rsidRPr="008B3293">
        <w:rPr>
          <w:sz w:val="21"/>
          <w:szCs w:val="21"/>
        </w:rPr>
        <w:t>Nominee's Telephone (Day) __________</w:t>
      </w:r>
      <w:r w:rsidR="008B3293" w:rsidRPr="008B3293">
        <w:rPr>
          <w:sz w:val="21"/>
          <w:szCs w:val="21"/>
        </w:rPr>
        <w:t>____</w:t>
      </w:r>
      <w:r w:rsidRPr="008B3293">
        <w:rPr>
          <w:sz w:val="21"/>
          <w:szCs w:val="21"/>
        </w:rPr>
        <w:t>_______ Your Telephone (Day) _________</w:t>
      </w:r>
      <w:r w:rsidR="008B3293" w:rsidRPr="008B3293">
        <w:rPr>
          <w:sz w:val="21"/>
          <w:szCs w:val="21"/>
        </w:rPr>
        <w:t>________</w:t>
      </w:r>
      <w:r w:rsidRPr="008B3293">
        <w:rPr>
          <w:sz w:val="21"/>
          <w:szCs w:val="21"/>
        </w:rPr>
        <w:t>________</w:t>
      </w:r>
    </w:p>
    <w:p w14:paraId="25D13309" w14:textId="0138CCF6" w:rsidR="005136B8" w:rsidRPr="008B3293" w:rsidRDefault="002079EF">
      <w:pPr>
        <w:rPr>
          <w:sz w:val="21"/>
          <w:szCs w:val="21"/>
        </w:rPr>
      </w:pPr>
      <w:r w:rsidRPr="008B3293">
        <w:rPr>
          <w:sz w:val="21"/>
          <w:szCs w:val="21"/>
        </w:rPr>
        <w:t>Nominee's Telephone (Evening) _____</w:t>
      </w:r>
      <w:r w:rsidR="008B3293" w:rsidRPr="008B3293">
        <w:rPr>
          <w:sz w:val="21"/>
          <w:szCs w:val="21"/>
        </w:rPr>
        <w:t>___</w:t>
      </w:r>
      <w:r w:rsidRPr="008B3293">
        <w:rPr>
          <w:sz w:val="21"/>
          <w:szCs w:val="21"/>
        </w:rPr>
        <w:t>________ Your Telephone (Evening) ____</w:t>
      </w:r>
      <w:r w:rsidR="008B3293" w:rsidRPr="008B3293">
        <w:rPr>
          <w:sz w:val="21"/>
          <w:szCs w:val="21"/>
        </w:rPr>
        <w:t>_______</w:t>
      </w:r>
      <w:r w:rsidRPr="008B3293">
        <w:rPr>
          <w:sz w:val="21"/>
          <w:szCs w:val="21"/>
        </w:rPr>
        <w:t>_________</w:t>
      </w:r>
    </w:p>
    <w:p w14:paraId="659FAABF" w14:textId="29D9C5C9" w:rsidR="005136B8" w:rsidRPr="008B3293" w:rsidRDefault="002079EF" w:rsidP="008B3293">
      <w:pPr>
        <w:spacing w:after="360"/>
        <w:rPr>
          <w:sz w:val="21"/>
          <w:szCs w:val="21"/>
        </w:rPr>
      </w:pPr>
      <w:r w:rsidRPr="008B3293">
        <w:rPr>
          <w:sz w:val="21"/>
          <w:szCs w:val="21"/>
        </w:rPr>
        <w:t>Categories (please indicate the categories that most clearly describe Nominee's present position):</w:t>
      </w:r>
      <w:r w:rsidRPr="008B3293">
        <w:rPr>
          <w:sz w:val="21"/>
          <w:szCs w:val="21"/>
        </w:rPr>
        <w:br/>
        <w:t>____ private practice    ____ judiciary    ____ legal author/journalist    ____ non-profit</w:t>
      </w:r>
      <w:r w:rsidRPr="008B3293">
        <w:rPr>
          <w:sz w:val="21"/>
          <w:szCs w:val="21"/>
        </w:rPr>
        <w:br/>
      </w:r>
      <w:r w:rsidRPr="008B3293">
        <w:rPr>
          <w:sz w:val="21"/>
          <w:szCs w:val="21"/>
        </w:rPr>
        <w:br/>
        <w:t>____ government    ____ state, local or women's bar leader    ____ prosecutor/public defender</w:t>
      </w:r>
      <w:r w:rsidRPr="008B3293">
        <w:rPr>
          <w:sz w:val="21"/>
          <w:szCs w:val="21"/>
        </w:rPr>
        <w:br/>
      </w:r>
      <w:r w:rsidRPr="008B3293">
        <w:rPr>
          <w:sz w:val="21"/>
          <w:szCs w:val="21"/>
        </w:rPr>
        <w:br/>
        <w:t>____ academia    ____ corporate/business sector    ____ other (explain)</w:t>
      </w:r>
    </w:p>
    <w:p w14:paraId="3966505B" w14:textId="77777777" w:rsidR="005136B8" w:rsidRPr="008B3293" w:rsidRDefault="002079EF" w:rsidP="008B3293">
      <w:pPr>
        <w:spacing w:after="100"/>
        <w:jc w:val="both"/>
        <w:rPr>
          <w:b/>
          <w:bCs/>
          <w:sz w:val="21"/>
          <w:szCs w:val="21"/>
        </w:rPr>
      </w:pPr>
      <w:r w:rsidRPr="008B3293">
        <w:rPr>
          <w:b/>
          <w:bCs/>
          <w:sz w:val="21"/>
          <w:szCs w:val="21"/>
        </w:rPr>
        <w:t>PLEASE ATTACH ADDITIONAL PAGES DESCRIBING BASIS FOR NOMINATION, INCLUDING LETTERS OF RECOMMENDATION AND RESUME IF AVAILABLE.</w:t>
      </w:r>
    </w:p>
    <w:p w14:paraId="2B143814" w14:textId="2927E739" w:rsidR="008B3293" w:rsidRDefault="002079EF" w:rsidP="008B3293">
      <w:pPr>
        <w:spacing w:after="100"/>
        <w:jc w:val="both"/>
        <w:rPr>
          <w:sz w:val="21"/>
          <w:szCs w:val="21"/>
        </w:rPr>
      </w:pPr>
      <w:r w:rsidRPr="008B3293">
        <w:rPr>
          <w:sz w:val="21"/>
          <w:szCs w:val="21"/>
        </w:rPr>
        <w:t xml:space="preserve">PLEASE RETURN NOMINATION FORMS BY </w:t>
      </w:r>
      <w:r w:rsidR="008B3293" w:rsidRPr="008B3293">
        <w:rPr>
          <w:b/>
          <w:bCs/>
          <w:sz w:val="21"/>
          <w:szCs w:val="21"/>
        </w:rPr>
        <w:t xml:space="preserve">October </w:t>
      </w:r>
      <w:r w:rsidR="00D81EEA">
        <w:rPr>
          <w:b/>
          <w:bCs/>
          <w:sz w:val="21"/>
          <w:szCs w:val="21"/>
        </w:rPr>
        <w:t>15</w:t>
      </w:r>
      <w:r w:rsidRPr="008B3293">
        <w:rPr>
          <w:b/>
          <w:bCs/>
          <w:sz w:val="21"/>
          <w:szCs w:val="21"/>
        </w:rPr>
        <w:t>, 202</w:t>
      </w:r>
      <w:r w:rsidR="006F75B2">
        <w:rPr>
          <w:b/>
          <w:bCs/>
          <w:sz w:val="21"/>
          <w:szCs w:val="21"/>
        </w:rPr>
        <w:t>6</w:t>
      </w:r>
      <w:r w:rsidRPr="008B3293">
        <w:rPr>
          <w:sz w:val="21"/>
          <w:szCs w:val="21"/>
        </w:rPr>
        <w:t xml:space="preserve">, TO SBWL C/O </w:t>
      </w:r>
      <w:r w:rsidR="006F75B2">
        <w:rPr>
          <w:sz w:val="21"/>
          <w:szCs w:val="21"/>
        </w:rPr>
        <w:t xml:space="preserve">Taylor Fuller </w:t>
      </w:r>
      <w:r w:rsidRPr="008B3293">
        <w:rPr>
          <w:sz w:val="21"/>
          <w:szCs w:val="21"/>
        </w:rPr>
        <w:t>(Santa Barbara Women Lawyers, P.O. Box 20276, Santa Barbara, CA 93120;</w:t>
      </w:r>
      <w:r w:rsidR="008B3293" w:rsidRPr="008B3293">
        <w:rPr>
          <w:sz w:val="21"/>
          <w:szCs w:val="21"/>
        </w:rPr>
        <w:t xml:space="preserve"> </w:t>
      </w:r>
      <w:hyperlink r:id="rId6" w:history="1">
        <w:r w:rsidR="006F75B2" w:rsidRPr="00EC18BB">
          <w:rPr>
            <w:rStyle w:val="Hyperlink"/>
          </w:rPr>
          <w:t>tfuller@herringimming.com</w:t>
        </w:r>
      </w:hyperlink>
      <w:r w:rsidR="006F75B2">
        <w:t xml:space="preserve">) </w:t>
      </w:r>
    </w:p>
    <w:p w14:paraId="25258D46" w14:textId="3EFBB163" w:rsidR="005136B8" w:rsidRPr="008B3293" w:rsidRDefault="002079EF" w:rsidP="008B3293">
      <w:pPr>
        <w:spacing w:after="0"/>
        <w:jc w:val="center"/>
        <w:rPr>
          <w:b/>
          <w:bCs/>
          <w:sz w:val="21"/>
          <w:szCs w:val="21"/>
        </w:rPr>
      </w:pPr>
      <w:r w:rsidRPr="008B3293">
        <w:rPr>
          <w:b/>
          <w:bCs/>
          <w:sz w:val="21"/>
          <w:szCs w:val="21"/>
        </w:rPr>
        <w:t>*Please mark submissions “</w:t>
      </w:r>
      <w:proofErr w:type="gramStart"/>
      <w:r w:rsidRPr="008B3293">
        <w:rPr>
          <w:b/>
          <w:bCs/>
          <w:sz w:val="21"/>
          <w:szCs w:val="21"/>
        </w:rPr>
        <w:t>Confidential”</w:t>
      </w:r>
      <w:r w:rsidR="008B3293" w:rsidRPr="008B3293">
        <w:rPr>
          <w:b/>
          <w:bCs/>
          <w:sz w:val="21"/>
          <w:szCs w:val="21"/>
        </w:rPr>
        <w:t>*</w:t>
      </w:r>
      <w:proofErr w:type="gramEnd"/>
    </w:p>
    <w:sectPr w:rsidR="005136B8" w:rsidRPr="008B329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93222967">
    <w:abstractNumId w:val="8"/>
  </w:num>
  <w:num w:numId="2" w16cid:durableId="1346054707">
    <w:abstractNumId w:val="6"/>
  </w:num>
  <w:num w:numId="3" w16cid:durableId="534971388">
    <w:abstractNumId w:val="5"/>
  </w:num>
  <w:num w:numId="4" w16cid:durableId="1530949741">
    <w:abstractNumId w:val="4"/>
  </w:num>
  <w:num w:numId="5" w16cid:durableId="717972695">
    <w:abstractNumId w:val="7"/>
  </w:num>
  <w:num w:numId="6" w16cid:durableId="1133525018">
    <w:abstractNumId w:val="3"/>
  </w:num>
  <w:num w:numId="7" w16cid:durableId="1154880461">
    <w:abstractNumId w:val="2"/>
  </w:num>
  <w:num w:numId="8" w16cid:durableId="798184832">
    <w:abstractNumId w:val="1"/>
  </w:num>
  <w:num w:numId="9" w16cid:durableId="185526377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B4B4D"/>
    <w:rsid w:val="001C70CA"/>
    <w:rsid w:val="002079EF"/>
    <w:rsid w:val="0029639D"/>
    <w:rsid w:val="002A3531"/>
    <w:rsid w:val="00326F90"/>
    <w:rsid w:val="004206BF"/>
    <w:rsid w:val="005136B8"/>
    <w:rsid w:val="00526613"/>
    <w:rsid w:val="006F75B2"/>
    <w:rsid w:val="008B3293"/>
    <w:rsid w:val="00AA1D8D"/>
    <w:rsid w:val="00B47730"/>
    <w:rsid w:val="00CB0664"/>
    <w:rsid w:val="00D81EE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911564"/>
  <w14:defaultImageDpi w14:val="300"/>
  <w15:docId w15:val="{ED9F6677-4ABA-4553-9B24-578E767DF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8B329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32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fuller@herringimming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2082</Characters>
  <Application>Microsoft Office Word</Application>
  <DocSecurity>0</DocSecurity>
  <Lines>33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Taylor Fuller</cp:lastModifiedBy>
  <cp:revision>2</cp:revision>
  <dcterms:created xsi:type="dcterms:W3CDTF">2026-07-22T23:42:00Z</dcterms:created>
  <dcterms:modified xsi:type="dcterms:W3CDTF">2026-07-22T23:42:00Z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veLocal">
    <vt:bool>true</vt:bool>
  </property>
</Properties>
</file>